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74F892" w14:textId="77777777" w:rsidR="000842BA" w:rsidRPr="003B3C84" w:rsidRDefault="00000000" w:rsidP="000D01FF">
      <w:pPr>
        <w:pStyle w:val="Heading1"/>
        <w:spacing w:before="0" w:line="36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3B3C84">
        <w:rPr>
          <w:rFonts w:ascii="Times New Roman" w:hAnsi="Times New Roman" w:cs="Times New Roman"/>
          <w:sz w:val="32"/>
          <w:szCs w:val="32"/>
        </w:rPr>
        <w:t>Title of the Paper</w:t>
      </w:r>
    </w:p>
    <w:p w14:paraId="5070B189" w14:textId="77777777" w:rsidR="000842BA" w:rsidRPr="003B3C84" w:rsidRDefault="00000000" w:rsidP="000D01FF">
      <w:pPr>
        <w:spacing w:after="0" w:line="360" w:lineRule="auto"/>
        <w:jc w:val="center"/>
        <w:rPr>
          <w:rFonts w:cs="Times New Roman"/>
          <w:szCs w:val="24"/>
        </w:rPr>
      </w:pPr>
      <w:r w:rsidRPr="003B3C84">
        <w:rPr>
          <w:rFonts w:cs="Times New Roman"/>
          <w:szCs w:val="24"/>
        </w:rPr>
        <w:t>Author Name(s)</w:t>
      </w:r>
    </w:p>
    <w:p w14:paraId="0E57ACF7" w14:textId="77777777" w:rsidR="000842BA" w:rsidRPr="003B3C84" w:rsidRDefault="00000000" w:rsidP="000D01FF">
      <w:pPr>
        <w:spacing w:after="0" w:line="360" w:lineRule="auto"/>
        <w:jc w:val="center"/>
        <w:rPr>
          <w:rFonts w:cs="Times New Roman"/>
          <w:szCs w:val="24"/>
        </w:rPr>
      </w:pPr>
      <w:r w:rsidRPr="003B3C84">
        <w:rPr>
          <w:rFonts w:cs="Times New Roman"/>
          <w:szCs w:val="24"/>
        </w:rPr>
        <w:t>Department, Institution, City, Country</w:t>
      </w:r>
    </w:p>
    <w:p w14:paraId="54932B30" w14:textId="77777777" w:rsidR="000842BA" w:rsidRPr="003B3C84" w:rsidRDefault="00000000" w:rsidP="000D01FF">
      <w:pPr>
        <w:spacing w:after="0" w:line="360" w:lineRule="auto"/>
        <w:jc w:val="center"/>
        <w:rPr>
          <w:rFonts w:cs="Times New Roman"/>
          <w:szCs w:val="24"/>
        </w:rPr>
      </w:pPr>
      <w:r w:rsidRPr="003B3C84">
        <w:rPr>
          <w:rFonts w:cs="Times New Roman"/>
          <w:szCs w:val="24"/>
        </w:rPr>
        <w:t>Email: author@example.com</w:t>
      </w:r>
    </w:p>
    <w:p w14:paraId="402D95F0" w14:textId="77777777" w:rsidR="000D01FF" w:rsidRDefault="000D01FF" w:rsidP="000D01FF">
      <w:pPr>
        <w:pStyle w:val="Heading2"/>
        <w:spacing w:before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052A030" w14:textId="7172121B" w:rsidR="000842BA" w:rsidRPr="003B3C84" w:rsidRDefault="003B3C84" w:rsidP="000D01FF">
      <w:pPr>
        <w:pStyle w:val="Heading2"/>
        <w:spacing w:before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3C84">
        <w:rPr>
          <w:rFonts w:ascii="Times New Roman" w:hAnsi="Times New Roman" w:cs="Times New Roman"/>
          <w:sz w:val="24"/>
          <w:szCs w:val="24"/>
        </w:rPr>
        <w:t>ABSTRACT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4CD81DF0" w14:textId="77777777" w:rsidR="000842BA" w:rsidRPr="003B3C84" w:rsidRDefault="00000000" w:rsidP="000D01FF">
      <w:pPr>
        <w:spacing w:line="360" w:lineRule="auto"/>
        <w:jc w:val="both"/>
        <w:rPr>
          <w:rFonts w:cs="Times New Roman"/>
          <w:sz w:val="22"/>
        </w:rPr>
      </w:pPr>
      <w:r w:rsidRPr="003B3C84">
        <w:rPr>
          <w:rFonts w:cs="Times New Roman"/>
          <w:sz w:val="22"/>
        </w:rPr>
        <w:t>Provide a concise summary of the research problem, methodology, results, and key findings.</w:t>
      </w:r>
    </w:p>
    <w:p w14:paraId="1A016B7D" w14:textId="359BEA67" w:rsidR="000842BA" w:rsidRPr="003B3C84" w:rsidRDefault="00000000" w:rsidP="000D01FF">
      <w:pPr>
        <w:spacing w:line="360" w:lineRule="auto"/>
        <w:jc w:val="both"/>
        <w:rPr>
          <w:rFonts w:cs="Times New Roman"/>
          <w:i/>
          <w:iCs/>
          <w:szCs w:val="24"/>
        </w:rPr>
      </w:pPr>
      <w:r w:rsidRPr="003B3C84">
        <w:rPr>
          <w:rFonts w:cs="Times New Roman"/>
          <w:i/>
          <w:iCs/>
          <w:szCs w:val="24"/>
        </w:rPr>
        <w:t>Keywords: digital transformation, innovation, machine learning, IoT, blockchain</w:t>
      </w:r>
      <w:r w:rsidR="003B3C84" w:rsidRPr="003B3C84">
        <w:rPr>
          <w:rFonts w:cs="Times New Roman"/>
          <w:i/>
          <w:iCs/>
          <w:szCs w:val="24"/>
        </w:rPr>
        <w:t>.</w:t>
      </w:r>
    </w:p>
    <w:p w14:paraId="6CAAC7E4" w14:textId="77777777" w:rsidR="000842BA" w:rsidRPr="003B3C84" w:rsidRDefault="00000000" w:rsidP="000D01FF">
      <w:pPr>
        <w:pStyle w:val="Heading2"/>
        <w:spacing w:before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3C84">
        <w:rPr>
          <w:rFonts w:ascii="Times New Roman" w:hAnsi="Times New Roman" w:cs="Times New Roman"/>
          <w:sz w:val="24"/>
          <w:szCs w:val="24"/>
        </w:rPr>
        <w:t>1. Introduction</w:t>
      </w:r>
    </w:p>
    <w:p w14:paraId="6EC374FB" w14:textId="77777777" w:rsidR="000842BA" w:rsidRPr="003B3C84" w:rsidRDefault="00000000" w:rsidP="000D01FF">
      <w:pPr>
        <w:spacing w:line="360" w:lineRule="auto"/>
        <w:jc w:val="both"/>
        <w:rPr>
          <w:rFonts w:cs="Times New Roman"/>
          <w:szCs w:val="24"/>
        </w:rPr>
      </w:pPr>
      <w:r w:rsidRPr="003B3C84">
        <w:rPr>
          <w:rFonts w:cs="Times New Roman"/>
          <w:szCs w:val="24"/>
        </w:rPr>
        <w:t>Present the background, research motivation, problem statement, and objectives of the study. Include any relevant literature overview or gap analysis.</w:t>
      </w:r>
    </w:p>
    <w:p w14:paraId="5B6BA476" w14:textId="77777777" w:rsidR="000842BA" w:rsidRPr="003B3C84" w:rsidRDefault="00000000" w:rsidP="000D01FF">
      <w:pPr>
        <w:pStyle w:val="Heading2"/>
        <w:spacing w:before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3C84">
        <w:rPr>
          <w:rFonts w:ascii="Times New Roman" w:hAnsi="Times New Roman" w:cs="Times New Roman"/>
          <w:sz w:val="24"/>
          <w:szCs w:val="24"/>
        </w:rPr>
        <w:t>2. Literature Review</w:t>
      </w:r>
    </w:p>
    <w:p w14:paraId="4B9136A2" w14:textId="77777777" w:rsidR="000842BA" w:rsidRPr="003B3C84" w:rsidRDefault="00000000" w:rsidP="000D01FF">
      <w:pPr>
        <w:spacing w:line="360" w:lineRule="auto"/>
        <w:jc w:val="both"/>
        <w:rPr>
          <w:rFonts w:cs="Times New Roman"/>
          <w:szCs w:val="24"/>
        </w:rPr>
      </w:pPr>
      <w:r w:rsidRPr="003B3C84">
        <w:rPr>
          <w:rFonts w:cs="Times New Roman"/>
          <w:szCs w:val="24"/>
        </w:rPr>
        <w:t>Summarize key existing works, previous studies, or frameworks related to the topic. Discuss their relevance and identify gaps your study addresses.</w:t>
      </w:r>
    </w:p>
    <w:p w14:paraId="1CE9B0AE" w14:textId="77777777" w:rsidR="000842BA" w:rsidRPr="003B3C84" w:rsidRDefault="00000000" w:rsidP="000D01FF">
      <w:pPr>
        <w:pStyle w:val="Heading2"/>
        <w:spacing w:before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3C84">
        <w:rPr>
          <w:rFonts w:ascii="Times New Roman" w:hAnsi="Times New Roman" w:cs="Times New Roman"/>
          <w:sz w:val="24"/>
          <w:szCs w:val="24"/>
        </w:rPr>
        <w:t>3. Methodology</w:t>
      </w:r>
    </w:p>
    <w:p w14:paraId="4C2BD628" w14:textId="77777777" w:rsidR="000842BA" w:rsidRPr="003B3C84" w:rsidRDefault="00000000" w:rsidP="000D01FF">
      <w:pPr>
        <w:spacing w:line="360" w:lineRule="auto"/>
        <w:jc w:val="both"/>
        <w:rPr>
          <w:rFonts w:cs="Times New Roman"/>
          <w:szCs w:val="24"/>
        </w:rPr>
      </w:pPr>
      <w:r w:rsidRPr="003B3C84">
        <w:rPr>
          <w:rFonts w:cs="Times New Roman"/>
          <w:szCs w:val="24"/>
        </w:rPr>
        <w:t>Explain the methods, materials, models, or algorithms used in the study. Include details about datasets, tools, technologies, and experimental setup.</w:t>
      </w:r>
    </w:p>
    <w:p w14:paraId="48C3994B" w14:textId="77777777" w:rsidR="000842BA" w:rsidRPr="003B3C84" w:rsidRDefault="00000000" w:rsidP="000D01FF">
      <w:pPr>
        <w:pStyle w:val="Heading2"/>
        <w:spacing w:before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3C84">
        <w:rPr>
          <w:rFonts w:ascii="Times New Roman" w:hAnsi="Times New Roman" w:cs="Times New Roman"/>
          <w:sz w:val="24"/>
          <w:szCs w:val="24"/>
        </w:rPr>
        <w:t>4. Results and Discussion</w:t>
      </w:r>
    </w:p>
    <w:p w14:paraId="12DCA725" w14:textId="77777777" w:rsidR="000842BA" w:rsidRPr="003B3C84" w:rsidRDefault="00000000" w:rsidP="000D01FF">
      <w:pPr>
        <w:spacing w:line="360" w:lineRule="auto"/>
        <w:jc w:val="both"/>
        <w:rPr>
          <w:rFonts w:cs="Times New Roman"/>
          <w:szCs w:val="24"/>
        </w:rPr>
      </w:pPr>
      <w:r w:rsidRPr="003B3C84">
        <w:rPr>
          <w:rFonts w:cs="Times New Roman"/>
          <w:szCs w:val="24"/>
        </w:rPr>
        <w:t>Present the results with proper use of tables, figures, and graphs. Interpret findings and compare them with existing literature if relevant.</w:t>
      </w:r>
    </w:p>
    <w:p w14:paraId="3604E233" w14:textId="77777777" w:rsidR="000842BA" w:rsidRPr="003B3C84" w:rsidRDefault="00000000" w:rsidP="000D01FF">
      <w:pPr>
        <w:pStyle w:val="Heading2"/>
        <w:spacing w:before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3C84">
        <w:rPr>
          <w:rFonts w:ascii="Times New Roman" w:hAnsi="Times New Roman" w:cs="Times New Roman"/>
          <w:sz w:val="24"/>
          <w:szCs w:val="24"/>
        </w:rPr>
        <w:t>5. Conclusion and Future Work</w:t>
      </w:r>
    </w:p>
    <w:p w14:paraId="74669B5C" w14:textId="77777777" w:rsidR="000842BA" w:rsidRPr="003B3C84" w:rsidRDefault="00000000" w:rsidP="000D01FF">
      <w:pPr>
        <w:spacing w:line="360" w:lineRule="auto"/>
        <w:jc w:val="both"/>
        <w:rPr>
          <w:rFonts w:cs="Times New Roman"/>
          <w:szCs w:val="24"/>
        </w:rPr>
      </w:pPr>
      <w:r w:rsidRPr="003B3C84">
        <w:rPr>
          <w:rFonts w:cs="Times New Roman"/>
          <w:szCs w:val="24"/>
        </w:rPr>
        <w:t>Summarize the key outcomes and contributions of your work. Briefly mention limitations and suggest directions for future research.</w:t>
      </w:r>
    </w:p>
    <w:p w14:paraId="1F631AA6" w14:textId="77777777" w:rsidR="000842BA" w:rsidRPr="003B3C84" w:rsidRDefault="00000000" w:rsidP="000D01FF">
      <w:pPr>
        <w:pStyle w:val="Heading2"/>
        <w:spacing w:before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3C84">
        <w:rPr>
          <w:rFonts w:ascii="Times New Roman" w:hAnsi="Times New Roman" w:cs="Times New Roman"/>
          <w:sz w:val="24"/>
          <w:szCs w:val="24"/>
        </w:rPr>
        <w:t>References</w:t>
      </w:r>
    </w:p>
    <w:p w14:paraId="201AE341" w14:textId="77777777" w:rsidR="003B3C84" w:rsidRPr="003B3C84" w:rsidRDefault="00000000" w:rsidP="000D01FF">
      <w:pPr>
        <w:spacing w:line="360" w:lineRule="auto"/>
        <w:jc w:val="both"/>
        <w:rPr>
          <w:rFonts w:cs="Times New Roman"/>
          <w:sz w:val="22"/>
        </w:rPr>
      </w:pPr>
      <w:r w:rsidRPr="003B3C84">
        <w:rPr>
          <w:rFonts w:cs="Times New Roman"/>
          <w:sz w:val="22"/>
        </w:rPr>
        <w:t>Use IEEE or APA style (journal-specific preference). Ensure citations in the body are consistent with this style.</w:t>
      </w:r>
    </w:p>
    <w:p w14:paraId="38022075" w14:textId="428CFB92" w:rsidR="000842BA" w:rsidRPr="003B3C84" w:rsidRDefault="00000000" w:rsidP="000D01FF">
      <w:pPr>
        <w:spacing w:line="360" w:lineRule="auto"/>
        <w:jc w:val="both"/>
        <w:rPr>
          <w:rFonts w:cs="Times New Roman"/>
          <w:sz w:val="22"/>
        </w:rPr>
      </w:pPr>
      <w:r w:rsidRPr="003B3C84">
        <w:rPr>
          <w:rFonts w:cs="Times New Roman"/>
          <w:sz w:val="22"/>
        </w:rPr>
        <w:lastRenderedPageBreak/>
        <w:t>Example (APA): Smith, J. (2020). Digital Transformation in Smart Cities. Journal of Tech Studies, 12(4), 201-213.</w:t>
      </w:r>
    </w:p>
    <w:p w14:paraId="44A3ED4A" w14:textId="77777777" w:rsidR="000842BA" w:rsidRPr="003B3C84" w:rsidRDefault="00000000" w:rsidP="000D01FF">
      <w:pPr>
        <w:pStyle w:val="Heading2"/>
        <w:spacing w:before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3C84">
        <w:rPr>
          <w:rFonts w:ascii="Times New Roman" w:hAnsi="Times New Roman" w:cs="Times New Roman"/>
          <w:sz w:val="24"/>
          <w:szCs w:val="24"/>
        </w:rPr>
        <w:t>Declaration (Optional)</w:t>
      </w:r>
    </w:p>
    <w:p w14:paraId="5FD2FFFB" w14:textId="77777777" w:rsidR="000842BA" w:rsidRPr="003B3C84" w:rsidRDefault="00000000" w:rsidP="000D01FF">
      <w:pPr>
        <w:spacing w:line="360" w:lineRule="auto"/>
        <w:jc w:val="both"/>
        <w:rPr>
          <w:rFonts w:cs="Times New Roman"/>
          <w:szCs w:val="24"/>
        </w:rPr>
      </w:pPr>
      <w:r w:rsidRPr="003B3C84">
        <w:rPr>
          <w:rFonts w:cs="Times New Roman"/>
          <w:szCs w:val="24"/>
        </w:rPr>
        <w:t>The authors declare that this manuscript is original, has not been published, and is not under consideration for publication elsewhere.</w:t>
      </w:r>
    </w:p>
    <w:p w14:paraId="3CB320B1" w14:textId="77777777" w:rsidR="000842BA" w:rsidRPr="003B3C84" w:rsidRDefault="00000000" w:rsidP="000D01FF">
      <w:pPr>
        <w:pStyle w:val="Heading2"/>
        <w:spacing w:before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3C84">
        <w:rPr>
          <w:rFonts w:ascii="Times New Roman" w:hAnsi="Times New Roman" w:cs="Times New Roman"/>
          <w:sz w:val="24"/>
          <w:szCs w:val="24"/>
        </w:rPr>
        <w:t>Formatting Guidelines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58"/>
        <w:gridCol w:w="5939"/>
      </w:tblGrid>
      <w:tr w:rsidR="000842BA" w:rsidRPr="003B3C84" w14:paraId="527B4FC3" w14:textId="77777777" w:rsidTr="003B3C84">
        <w:trPr>
          <w:trHeight w:val="277"/>
        </w:trPr>
        <w:tc>
          <w:tcPr>
            <w:tcW w:w="2358" w:type="dxa"/>
          </w:tcPr>
          <w:p w14:paraId="3EF9FE58" w14:textId="77777777" w:rsidR="000842BA" w:rsidRPr="003B3C84" w:rsidRDefault="00000000" w:rsidP="000D01FF">
            <w:pPr>
              <w:spacing w:line="360" w:lineRule="auto"/>
              <w:jc w:val="both"/>
              <w:rPr>
                <w:rFonts w:cs="Times New Roman"/>
                <w:b/>
                <w:bCs/>
                <w:szCs w:val="24"/>
              </w:rPr>
            </w:pPr>
            <w:r w:rsidRPr="003B3C84">
              <w:rPr>
                <w:rFonts w:cs="Times New Roman"/>
                <w:b/>
                <w:bCs/>
                <w:szCs w:val="24"/>
              </w:rPr>
              <w:t>Element</w:t>
            </w:r>
          </w:p>
        </w:tc>
        <w:tc>
          <w:tcPr>
            <w:tcW w:w="5939" w:type="dxa"/>
          </w:tcPr>
          <w:p w14:paraId="179F39DB" w14:textId="77777777" w:rsidR="000842BA" w:rsidRPr="003B3C84" w:rsidRDefault="00000000" w:rsidP="000D01FF">
            <w:pPr>
              <w:spacing w:line="360" w:lineRule="auto"/>
              <w:jc w:val="both"/>
              <w:rPr>
                <w:rFonts w:cs="Times New Roman"/>
                <w:b/>
                <w:bCs/>
                <w:szCs w:val="24"/>
              </w:rPr>
            </w:pPr>
            <w:r w:rsidRPr="003B3C84">
              <w:rPr>
                <w:rFonts w:cs="Times New Roman"/>
                <w:b/>
                <w:bCs/>
                <w:szCs w:val="24"/>
              </w:rPr>
              <w:t>Specification</w:t>
            </w:r>
          </w:p>
        </w:tc>
      </w:tr>
      <w:tr w:rsidR="000842BA" w:rsidRPr="003B3C84" w14:paraId="35CA4094" w14:textId="77777777" w:rsidTr="003B3C84">
        <w:trPr>
          <w:trHeight w:val="277"/>
        </w:trPr>
        <w:tc>
          <w:tcPr>
            <w:tcW w:w="2358" w:type="dxa"/>
          </w:tcPr>
          <w:p w14:paraId="5FAFD76F" w14:textId="77777777" w:rsidR="000842BA" w:rsidRPr="003B3C84" w:rsidRDefault="00000000" w:rsidP="000D01FF">
            <w:pPr>
              <w:spacing w:line="360" w:lineRule="auto"/>
              <w:jc w:val="both"/>
              <w:rPr>
                <w:rFonts w:cs="Times New Roman"/>
                <w:szCs w:val="24"/>
              </w:rPr>
            </w:pPr>
            <w:r w:rsidRPr="003B3C84">
              <w:rPr>
                <w:rFonts w:cs="Times New Roman"/>
                <w:szCs w:val="24"/>
              </w:rPr>
              <w:t>Font</w:t>
            </w:r>
          </w:p>
        </w:tc>
        <w:tc>
          <w:tcPr>
            <w:tcW w:w="5939" w:type="dxa"/>
          </w:tcPr>
          <w:p w14:paraId="77E8B73B" w14:textId="77777777" w:rsidR="000842BA" w:rsidRPr="003B3C84" w:rsidRDefault="00000000" w:rsidP="000D01FF">
            <w:pPr>
              <w:spacing w:line="360" w:lineRule="auto"/>
              <w:jc w:val="both"/>
              <w:rPr>
                <w:rFonts w:cs="Times New Roman"/>
                <w:szCs w:val="24"/>
              </w:rPr>
            </w:pPr>
            <w:r w:rsidRPr="003B3C84">
              <w:rPr>
                <w:rFonts w:cs="Times New Roman"/>
                <w:szCs w:val="24"/>
              </w:rPr>
              <w:t>Times New Roman</w:t>
            </w:r>
          </w:p>
        </w:tc>
      </w:tr>
      <w:tr w:rsidR="000842BA" w:rsidRPr="003B3C84" w14:paraId="75BE83B2" w14:textId="77777777" w:rsidTr="003B3C84">
        <w:trPr>
          <w:trHeight w:val="277"/>
        </w:trPr>
        <w:tc>
          <w:tcPr>
            <w:tcW w:w="2358" w:type="dxa"/>
          </w:tcPr>
          <w:p w14:paraId="2B1C4835" w14:textId="77777777" w:rsidR="000842BA" w:rsidRPr="003B3C84" w:rsidRDefault="00000000" w:rsidP="000D01FF">
            <w:pPr>
              <w:spacing w:line="360" w:lineRule="auto"/>
              <w:jc w:val="both"/>
              <w:rPr>
                <w:rFonts w:cs="Times New Roman"/>
                <w:szCs w:val="24"/>
              </w:rPr>
            </w:pPr>
            <w:r w:rsidRPr="003B3C84">
              <w:rPr>
                <w:rFonts w:cs="Times New Roman"/>
                <w:szCs w:val="24"/>
              </w:rPr>
              <w:t>Font Size</w:t>
            </w:r>
          </w:p>
        </w:tc>
        <w:tc>
          <w:tcPr>
            <w:tcW w:w="5939" w:type="dxa"/>
          </w:tcPr>
          <w:p w14:paraId="770AD5F1" w14:textId="77777777" w:rsidR="000842BA" w:rsidRPr="003B3C84" w:rsidRDefault="00000000" w:rsidP="000D01FF">
            <w:pPr>
              <w:spacing w:line="360" w:lineRule="auto"/>
              <w:jc w:val="both"/>
              <w:rPr>
                <w:rFonts w:cs="Times New Roman"/>
                <w:szCs w:val="24"/>
              </w:rPr>
            </w:pPr>
            <w:r w:rsidRPr="003B3C84">
              <w:rPr>
                <w:rFonts w:cs="Times New Roman"/>
                <w:szCs w:val="24"/>
              </w:rPr>
              <w:t>12 pt (body), 16 pt (title), 11 pt (abstract/references)</w:t>
            </w:r>
          </w:p>
        </w:tc>
      </w:tr>
      <w:tr w:rsidR="000842BA" w:rsidRPr="003B3C84" w14:paraId="42F57484" w14:textId="77777777" w:rsidTr="003B3C84">
        <w:trPr>
          <w:trHeight w:val="277"/>
        </w:trPr>
        <w:tc>
          <w:tcPr>
            <w:tcW w:w="2358" w:type="dxa"/>
          </w:tcPr>
          <w:p w14:paraId="28CF3B54" w14:textId="77777777" w:rsidR="000842BA" w:rsidRPr="003B3C84" w:rsidRDefault="00000000" w:rsidP="000D01FF">
            <w:pPr>
              <w:spacing w:line="360" w:lineRule="auto"/>
              <w:jc w:val="both"/>
              <w:rPr>
                <w:rFonts w:cs="Times New Roman"/>
                <w:szCs w:val="24"/>
              </w:rPr>
            </w:pPr>
            <w:r w:rsidRPr="003B3C84">
              <w:rPr>
                <w:rFonts w:cs="Times New Roman"/>
                <w:szCs w:val="24"/>
              </w:rPr>
              <w:t>Line Spacing</w:t>
            </w:r>
          </w:p>
        </w:tc>
        <w:tc>
          <w:tcPr>
            <w:tcW w:w="5939" w:type="dxa"/>
          </w:tcPr>
          <w:p w14:paraId="3123BC24" w14:textId="77777777" w:rsidR="000842BA" w:rsidRPr="003B3C84" w:rsidRDefault="00000000" w:rsidP="000D01FF">
            <w:pPr>
              <w:spacing w:line="360" w:lineRule="auto"/>
              <w:jc w:val="both"/>
              <w:rPr>
                <w:rFonts w:cs="Times New Roman"/>
                <w:szCs w:val="24"/>
              </w:rPr>
            </w:pPr>
            <w:r w:rsidRPr="003B3C84">
              <w:rPr>
                <w:rFonts w:cs="Times New Roman"/>
                <w:szCs w:val="24"/>
              </w:rPr>
              <w:t>1.5</w:t>
            </w:r>
          </w:p>
        </w:tc>
      </w:tr>
      <w:tr w:rsidR="000842BA" w:rsidRPr="003B3C84" w14:paraId="230FDD91" w14:textId="77777777" w:rsidTr="003B3C84">
        <w:trPr>
          <w:trHeight w:val="277"/>
        </w:trPr>
        <w:tc>
          <w:tcPr>
            <w:tcW w:w="2358" w:type="dxa"/>
          </w:tcPr>
          <w:p w14:paraId="5D83B1B6" w14:textId="77777777" w:rsidR="000842BA" w:rsidRPr="003B3C84" w:rsidRDefault="00000000" w:rsidP="000D01FF">
            <w:pPr>
              <w:spacing w:line="360" w:lineRule="auto"/>
              <w:jc w:val="both"/>
              <w:rPr>
                <w:rFonts w:cs="Times New Roman"/>
                <w:szCs w:val="24"/>
              </w:rPr>
            </w:pPr>
            <w:r w:rsidRPr="003B3C84">
              <w:rPr>
                <w:rFonts w:cs="Times New Roman"/>
                <w:szCs w:val="24"/>
              </w:rPr>
              <w:t>Margins</w:t>
            </w:r>
          </w:p>
        </w:tc>
        <w:tc>
          <w:tcPr>
            <w:tcW w:w="5939" w:type="dxa"/>
          </w:tcPr>
          <w:p w14:paraId="20457114" w14:textId="77777777" w:rsidR="000842BA" w:rsidRPr="003B3C84" w:rsidRDefault="00000000" w:rsidP="000D01FF">
            <w:pPr>
              <w:spacing w:line="360" w:lineRule="auto"/>
              <w:jc w:val="both"/>
              <w:rPr>
                <w:rFonts w:cs="Times New Roman"/>
                <w:szCs w:val="24"/>
              </w:rPr>
            </w:pPr>
            <w:r w:rsidRPr="003B3C84">
              <w:rPr>
                <w:rFonts w:cs="Times New Roman"/>
                <w:szCs w:val="24"/>
              </w:rPr>
              <w:t>1 inch (all sides)</w:t>
            </w:r>
          </w:p>
        </w:tc>
      </w:tr>
      <w:tr w:rsidR="000842BA" w:rsidRPr="003B3C84" w14:paraId="65871B03" w14:textId="77777777" w:rsidTr="003B3C84">
        <w:trPr>
          <w:trHeight w:val="277"/>
        </w:trPr>
        <w:tc>
          <w:tcPr>
            <w:tcW w:w="2358" w:type="dxa"/>
          </w:tcPr>
          <w:p w14:paraId="32B3BA3A" w14:textId="77777777" w:rsidR="000842BA" w:rsidRPr="003B3C84" w:rsidRDefault="00000000" w:rsidP="000D01FF">
            <w:pPr>
              <w:spacing w:line="360" w:lineRule="auto"/>
              <w:jc w:val="both"/>
              <w:rPr>
                <w:rFonts w:cs="Times New Roman"/>
                <w:szCs w:val="24"/>
              </w:rPr>
            </w:pPr>
            <w:r w:rsidRPr="003B3C84">
              <w:rPr>
                <w:rFonts w:cs="Times New Roman"/>
                <w:szCs w:val="24"/>
              </w:rPr>
              <w:t>Alignment</w:t>
            </w:r>
          </w:p>
        </w:tc>
        <w:tc>
          <w:tcPr>
            <w:tcW w:w="5939" w:type="dxa"/>
          </w:tcPr>
          <w:p w14:paraId="33FBFF8A" w14:textId="77777777" w:rsidR="000842BA" w:rsidRPr="003B3C84" w:rsidRDefault="00000000" w:rsidP="000D01FF">
            <w:pPr>
              <w:spacing w:line="360" w:lineRule="auto"/>
              <w:jc w:val="both"/>
              <w:rPr>
                <w:rFonts w:cs="Times New Roman"/>
                <w:szCs w:val="24"/>
              </w:rPr>
            </w:pPr>
            <w:r w:rsidRPr="003B3C84">
              <w:rPr>
                <w:rFonts w:cs="Times New Roman"/>
                <w:szCs w:val="24"/>
              </w:rPr>
              <w:t>Justified (except title &amp; headings)</w:t>
            </w:r>
          </w:p>
        </w:tc>
      </w:tr>
      <w:tr w:rsidR="000842BA" w:rsidRPr="003B3C84" w14:paraId="441FDF46" w14:textId="77777777" w:rsidTr="003B3C84">
        <w:trPr>
          <w:trHeight w:val="277"/>
        </w:trPr>
        <w:tc>
          <w:tcPr>
            <w:tcW w:w="2358" w:type="dxa"/>
          </w:tcPr>
          <w:p w14:paraId="0B241FAE" w14:textId="77777777" w:rsidR="000842BA" w:rsidRPr="003B3C84" w:rsidRDefault="00000000" w:rsidP="000D01FF">
            <w:pPr>
              <w:spacing w:line="360" w:lineRule="auto"/>
              <w:jc w:val="both"/>
              <w:rPr>
                <w:rFonts w:cs="Times New Roman"/>
                <w:szCs w:val="24"/>
              </w:rPr>
            </w:pPr>
            <w:r w:rsidRPr="003B3C84">
              <w:rPr>
                <w:rFonts w:cs="Times New Roman"/>
                <w:szCs w:val="24"/>
              </w:rPr>
              <w:t>Columns</w:t>
            </w:r>
          </w:p>
        </w:tc>
        <w:tc>
          <w:tcPr>
            <w:tcW w:w="5939" w:type="dxa"/>
          </w:tcPr>
          <w:p w14:paraId="03E004AC" w14:textId="5AF7F31B" w:rsidR="000842BA" w:rsidRPr="003B3C84" w:rsidRDefault="00000000" w:rsidP="000D01FF">
            <w:pPr>
              <w:spacing w:line="360" w:lineRule="auto"/>
              <w:jc w:val="both"/>
              <w:rPr>
                <w:rFonts w:cs="Times New Roman"/>
                <w:szCs w:val="24"/>
              </w:rPr>
            </w:pPr>
            <w:r w:rsidRPr="003B3C84">
              <w:rPr>
                <w:rFonts w:cs="Times New Roman"/>
                <w:szCs w:val="24"/>
              </w:rPr>
              <w:t>Single column</w:t>
            </w:r>
          </w:p>
        </w:tc>
      </w:tr>
      <w:tr w:rsidR="000842BA" w:rsidRPr="003B3C84" w14:paraId="4009A9AA" w14:textId="77777777" w:rsidTr="003B3C84">
        <w:trPr>
          <w:trHeight w:val="277"/>
        </w:trPr>
        <w:tc>
          <w:tcPr>
            <w:tcW w:w="2358" w:type="dxa"/>
          </w:tcPr>
          <w:p w14:paraId="15C56164" w14:textId="77777777" w:rsidR="000842BA" w:rsidRPr="003B3C84" w:rsidRDefault="00000000" w:rsidP="000D01FF">
            <w:pPr>
              <w:spacing w:line="360" w:lineRule="auto"/>
              <w:jc w:val="both"/>
              <w:rPr>
                <w:rFonts w:cs="Times New Roman"/>
                <w:szCs w:val="24"/>
              </w:rPr>
            </w:pPr>
            <w:r w:rsidRPr="003B3C84">
              <w:rPr>
                <w:rFonts w:cs="Times New Roman"/>
                <w:szCs w:val="24"/>
              </w:rPr>
              <w:t>Page Numbers</w:t>
            </w:r>
          </w:p>
        </w:tc>
        <w:tc>
          <w:tcPr>
            <w:tcW w:w="5939" w:type="dxa"/>
          </w:tcPr>
          <w:p w14:paraId="5035EE74" w14:textId="77777777" w:rsidR="000842BA" w:rsidRPr="003B3C84" w:rsidRDefault="00000000" w:rsidP="000D01FF">
            <w:pPr>
              <w:spacing w:line="360" w:lineRule="auto"/>
              <w:jc w:val="both"/>
              <w:rPr>
                <w:rFonts w:cs="Times New Roman"/>
                <w:szCs w:val="24"/>
              </w:rPr>
            </w:pPr>
            <w:r w:rsidRPr="003B3C84">
              <w:rPr>
                <w:rFonts w:cs="Times New Roman"/>
                <w:szCs w:val="24"/>
              </w:rPr>
              <w:t>Bottom-right corner</w:t>
            </w:r>
          </w:p>
        </w:tc>
      </w:tr>
    </w:tbl>
    <w:p w14:paraId="4DBEAA36" w14:textId="77777777" w:rsidR="00BF1CAD" w:rsidRPr="003B3C84" w:rsidRDefault="00BF1CAD" w:rsidP="000D01FF">
      <w:pPr>
        <w:spacing w:line="360" w:lineRule="auto"/>
        <w:jc w:val="both"/>
        <w:rPr>
          <w:rFonts w:cs="Times New Roman"/>
          <w:szCs w:val="24"/>
        </w:rPr>
      </w:pPr>
    </w:p>
    <w:sectPr w:rsidR="00BF1CAD" w:rsidRPr="003B3C84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934287781">
    <w:abstractNumId w:val="8"/>
  </w:num>
  <w:num w:numId="2" w16cid:durableId="1647969918">
    <w:abstractNumId w:val="6"/>
  </w:num>
  <w:num w:numId="3" w16cid:durableId="390034934">
    <w:abstractNumId w:val="5"/>
  </w:num>
  <w:num w:numId="4" w16cid:durableId="486484310">
    <w:abstractNumId w:val="4"/>
  </w:num>
  <w:num w:numId="5" w16cid:durableId="968053002">
    <w:abstractNumId w:val="7"/>
  </w:num>
  <w:num w:numId="6" w16cid:durableId="745766135">
    <w:abstractNumId w:val="3"/>
  </w:num>
  <w:num w:numId="7" w16cid:durableId="1340501198">
    <w:abstractNumId w:val="2"/>
  </w:num>
  <w:num w:numId="8" w16cid:durableId="1238322067">
    <w:abstractNumId w:val="1"/>
  </w:num>
  <w:num w:numId="9" w16cid:durableId="18707945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842BA"/>
    <w:rsid w:val="000D01FF"/>
    <w:rsid w:val="00122BD8"/>
    <w:rsid w:val="0015074B"/>
    <w:rsid w:val="0029639D"/>
    <w:rsid w:val="00326F90"/>
    <w:rsid w:val="003B3C84"/>
    <w:rsid w:val="00AA1D8D"/>
    <w:rsid w:val="00B47730"/>
    <w:rsid w:val="00BF1CAD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44D0BC4"/>
  <w14:defaultImageDpi w14:val="300"/>
  <w15:docId w15:val="{ACCD5DBA-D397-4D5E-B695-5FD65724E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268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1793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Kishore Kumar</cp:lastModifiedBy>
  <cp:revision>3</cp:revision>
  <dcterms:created xsi:type="dcterms:W3CDTF">2013-12-23T23:15:00Z</dcterms:created>
  <dcterms:modified xsi:type="dcterms:W3CDTF">2025-04-15T11:49:00Z</dcterms:modified>
  <cp:category/>
</cp:coreProperties>
</file>